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2202: 二叉树是否对称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假设一棵二叉树中每个结点的两棵子树都是空，或者都不为空，我们称该二叉树是对称二叉树。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给定一棵二叉树的字符串表示的结果，请编程判断，该二叉树是否是对称二叉树。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例如：下图所示的两棵二叉树中，T_1 是对称二叉树，T_2 不是对称二叉树。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二叉树用顺序结构给出，若读到 # 则该结点为空，二叉树 T1=ABCDE，T2=ABCD#E，如果二叉树是对称的，输出Yes,反之输出No。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841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gh6cnvz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41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一行字符串，字符串仅包含大写字母、小写字母、字符 # 这三种类型的字符，表示二叉树的顺序存储序列，用字符 # 代表空结点，长度不大于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如果二叉树是对称的，输出 Yes，反之输出No。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ABCDE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