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2201: 二叉树结点查找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2201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给定一颗二叉树，请问，如果中序遍历这棵二叉树，那么值为 x 的结点，是中序遍历这棵二叉树结果中的第几个结点？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比如：如下图所示的二叉树，中序遍历序列为：29、12、8、15、23、5、10，假设 x=15 ，那么值 x 是该二叉树中序遍历结果中的第 4 个结点。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537666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grdazmn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3766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 n 为二叉树的结点个数，n ≤ 100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x 表示要查找的结点的值；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以下第一列数据是各结点的值（均不相等），第二列数据是左儿子结点编号，第三列数据是右儿子结点编号。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注意：读入的第 1 个结点是树的根结点。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输出一个数即查找的结点编号。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29 0 0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15 6 7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23 0 0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