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2197: 二叉树高度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2197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二叉树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255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二叉树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现给定一棵二叉树的先序遍历序列和中序遍历序列，要求你计算该二叉树的高度。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首先给出正整数 N（N≤50），为树中结点总数。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下面 2 行先后给出先序和中序遍历序列，均是长度为 N 的不包含重复英文字母（区别大小写）的字符串。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输出一个整数，即该二叉树的高度。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ABDFGHIEC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FDHGIBEAC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