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2195: 二叉排序树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2195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二叉树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719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二叉树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 n 个不相同的整数，以每个整数作为结点的值，来创建一棵二叉排序树，假设读入的第 1 个点是这棵树的根结点。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请求出这棵二叉排序树中序和后续遍历的结果？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共两行，第一行为整数 n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第二行为 n 个不重复的整数 a_i 。（0 &lt; n &lt; 10^5，1≤a_i≤10^5，本题中a_i为随机生成的数值）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共两行，第一行为中序遍历的结果，第二行为后序遍历的结果，同一行的输出用空格隔开。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23 45 12 6 7 89 13 47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6 7 12 13 23 45 47 89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7 6 13 12 47 89 45 23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