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2194: 丑数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数学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把只包含质因子2、3和5的数称作丑数（Ugly Number）。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例如6、8都是丑数，但14不是，因为它包含质因子7。习惯上我们把1当做是第一个丑数。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请你编程寻找这个序列中的第n个元素。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(已知 n 不超过10000)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一行一个整数n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一行一个整数，表示第n个丑数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