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2193: 哈夫曼树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2193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二叉树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702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二叉树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哈夫曼树的定义是：一棵具有 n 个带权叶结点的二叉树，使得所有叶结点的带权路径长度（叶结点 × 叶结点到根结点的路径长度）之和最小，这样的二叉树被称为最优二叉树，也称哈夫曼树。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比如：有 4 个结点的权值是5 4 2 9，可以构建出如下三颗不同的二叉树，第 2 棵二叉树的带权路径长度是最小的。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请读入一个整数 n ，代表叶结点的数量，再读入 n 个整数，代表叶结点的权值，请求出对应哈夫曼树的带权路径长度。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163498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flbr489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6349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输入的第一行包含一个正整数 n（2≤n≤100）。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接下来是 n 个正整数，表示 n 个叶结点的权值，每个数不超过 1000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输出构造出的哈夫曼树的带权路径长度。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5 3 8 2 9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