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2188: 找树根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一棵树有 n 个结点，已知树上所有的父子结点关系，请问该树的根是几号结点，哪个结点的子结点最多，该结点有哪些子结点。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第一行，有 1 个整数 n 代表结点数量（1 &lt; n ≤ 100）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接下来若干行；每行两个结点 x 和 y，表示 y 是 x 的孩子(1≤x,y≤1000)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请注意：树上结点的编号不一定是连续的。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第一行输出树根的编号。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第二行输出孩子最多的结点编号（如果有多个结点的子结点都是最多的，则输出编号最大的那个）。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第三行输出第二行求出的孩子最多的结点，有哪些孩子，按照编号从小到大，输出这些孩子的编号，用空格隔开。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