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2186: 结点的查找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875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有一棵 n 个结点的完全二叉树，按照从上到下、从左到右的顺序，结点编号分别是 1 ∼ n ，该二叉树的根所在的层数为1；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请问该二叉树的第 k 层有哪些结点，按照从左到右的顺序输出这些结点的编号？（如果第 k 层没有结点，请输出 EMPTY）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读入有多组数据。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每组数据的输入 2 个整数 n 和 k (1≤n≤1000)，n 代表完全二叉树的结点数量，再输入一个 k 代表深度（1≤k≤20）。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如果读入的 n 为 0 ，表示读入结束。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输出该树中第 k 层得所有结点，结点间用空格隔开。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如果第 k 层没有结点，请输出EMPTY。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EMPTY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