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2185: 子树的大小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2185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二叉树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744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二叉树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有如上图所示的完全二叉树，该二叉树有 n 个结点，编号从上向下、从左向右以此为 1 ∼ n。请问，编号为 m 的结点所在的子树，包含了多少个结点？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比如，n = 12，m = 3，则上图中的结点 13，14，15 以及后面的结点都是不存在的，结点 m=3 所在子树中包括的结点有 3，6，7，12，因此结点 m 的所在子树中共有 4 个结点。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301103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g43zna2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0110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输入两个整数 m，n。 (1 ≤ m ≤ n ≤ 10^9)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输出结点 m 所在子树中包含的结点的数目。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3 7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