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2183: 求二叉树的深度及遍历结果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1028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二叉树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从键盘读入一棵二叉树，请问这棵二叉树的深度是多少？这棵二叉树如果后序遍历的结果是什么？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行输入一个整数 n ，代表读入的数据数量。（n≤100）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行读入 n 个非负整数，代表读入的数据，读入的整数中，如果值大于 0 ，代表的是二叉树的结点，如果值等于0 ，代表当前结点为空。（根结点的深度为 1 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二叉树的构造按照层次顺序（即第 1 层 1 个整数，第 2 层 2 个，第 3 层 4 个，第 4 层有 8 个...，如果某个结点不存在以 0 代替）。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样例数据确保读入的第 n 个整数 &gt;0。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输出有 2 行；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行输出该二叉树的深度；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行输出后序遍历二叉树得到的序列，数字之间用空格隔开；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1 2 0 3 4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3 4 2 1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样例对应二叉树如下图所示：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4428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kjownw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428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