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2182: 二叉树的遍历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 n 个结点的二叉树，请求出二叉树的前序遍历，中序遍历和后序遍历。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n (0 &lt; n ≤ 26)，表示二叉树有 n 个结点；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n 行，每行第一个为一个大写字母表示结点的值，第 i+1 行的结点编号为 i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后面为两整数，第一个表示该结点左孩子结点编号，第二个表示该结点右孩子的结点编号，如果该编号为 0 表示没有；（编号为 1 的结点是树的根）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共三行，第一行为二叉树的前序遍历，第二行为中序遍历，第三行为后序遍历；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 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 7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0 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FCADBEG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ACBDFEG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ABDCGEF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样例对应的二叉树如图所示：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2148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3hf51y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1486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