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2181: 瑞士轮 [NOIP2011 普及组]</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2181</w:t>
            </w:r>
          </w:p>
        </w:tc>
      </w:tr>
      <w:tr>
        <w:tc>
          <w:tcPr>
            <w:tcW w:type="dxa" w:w="4320"/>
          </w:tcPr>
          <w:p>
            <w:r>
              <w:t>标签</w:t>
            </w:r>
          </w:p>
        </w:tc>
        <w:tc>
          <w:tcPr>
            <w:tcW w:type="dxa" w:w="4320"/>
          </w:tcPr>
          <w:p>
            <w:r>
              <w:t>noip复赛</w:t>
            </w:r>
          </w:p>
        </w:tc>
      </w:tr>
      <w:tr>
        <w:tc>
          <w:tcPr>
            <w:tcW w:type="dxa" w:w="4320"/>
          </w:tcPr>
          <w:p>
            <w:r>
              <w:t>难度</w:t>
            </w:r>
          </w:p>
        </w:tc>
        <w:tc>
          <w:tcPr>
            <w:tcW w:type="dxa" w:w="4320"/>
          </w:tcPr>
          <w:p>
            <w:r>
              <w:t>基础</w:t>
            </w:r>
          </w:p>
        </w:tc>
      </w:tr>
      <w:tr>
        <w:tc>
          <w:tcPr>
            <w:tcW w:type="dxa" w:w="4320"/>
          </w:tcPr>
          <w:p>
            <w:r>
              <w:t>正确</w:t>
            </w:r>
          </w:p>
        </w:tc>
        <w:tc>
          <w:tcPr>
            <w:tcW w:type="dxa" w:w="4320"/>
          </w:tcPr>
          <w:p>
            <w:r>
              <w:t>170</w:t>
            </w:r>
          </w:p>
        </w:tc>
      </w:tr>
      <w:tr>
        <w:tc>
          <w:tcPr>
            <w:tcW w:type="dxa" w:w="4320"/>
          </w:tcPr>
          <w:p>
            <w:r>
              <w:t>来源</w:t>
            </w:r>
          </w:p>
        </w:tc>
        <w:tc>
          <w:tcPr>
            <w:tcW w:type="dxa" w:w="4320"/>
          </w:tcPr>
          <w:p>
            <w:r>
              <w:t>NOIP2011 普及组</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题目背景</w:t>
      </w:r>
    </w:p>
    <w:p>
      <w:pPr>
        <w:spacing w:before="40" w:after="40"/>
        <w:ind w:left="720"/>
      </w:pPr>
      <w:r>
        <w:rPr>
          <w:rFonts w:ascii="Consolas" w:hAnsi="Consolas"/>
          <w:sz w:val="18"/>
        </w:rPr>
        <w:t>在双人对决的竞技性比赛，如乒乓球、羽毛球、国际象棋中，最常见的赛制是淘汰赛和循环赛。前者的特点是比赛场数少，每场都紧张刺激，但偶然性较高。后者的特点是较为公平，偶然性较低，但比赛过程往往十分冗长。</w:t>
      </w:r>
    </w:p>
    <w:p>
      <w:pPr>
        <w:spacing w:before="40" w:after="40"/>
        <w:ind w:left="720"/>
      </w:pPr>
      <w:r>
        <w:rPr>
          <w:rFonts w:ascii="Consolas" w:hAnsi="Consolas"/>
          <w:sz w:val="18"/>
        </w:rPr>
        <w:t>本题中介绍的瑞士轮赛制，因最早使用于1895年在瑞士举办的国际象棋比赛而得名。它可以看作是淘汰赛与循环赛的折中，既保证了比赛的稳定性，又能使赛程不至于过长。</w:t>
      </w:r>
    </w:p>
    <w:p>
      <w:pPr>
        <w:spacing w:before="40" w:after="40"/>
        <w:ind w:left="720"/>
      </w:pPr>
      <w:r>
        <w:rPr>
          <w:rFonts w:ascii="Consolas" w:hAnsi="Consolas"/>
          <w:sz w:val="18"/>
        </w:rPr>
        <w:t>题目描述</w:t>
      </w:r>
    </w:p>
    <w:p>
      <w:pPr>
        <w:spacing w:before="40" w:after="40"/>
        <w:ind w:left="720"/>
      </w:pPr>
      <w:r>
        <w:rPr>
          <w:rFonts w:ascii="Consolas" w:hAnsi="Consolas"/>
          <w:sz w:val="18"/>
        </w:rPr>
        <w:t>2 × N 名编号为 1∼ 2N 的选手共进行R 轮比赛。每轮比赛开始前，以及所有比赛结束后，都会按照总分从高到低对选手进行一次排名。选手的总分为第一轮开始前的初始分数加上已参加过的所有比赛的得分和。总分相同的，约定编号较小的选手排名靠前。</w:t>
      </w:r>
    </w:p>
    <w:p>
      <w:pPr>
        <w:spacing w:before="40" w:after="40"/>
        <w:ind w:left="720"/>
      </w:pPr>
      <w:r>
        <w:rPr>
          <w:rFonts w:ascii="Consolas" w:hAnsi="Consolas"/>
          <w:sz w:val="18"/>
        </w:rPr>
        <w:t>每轮比赛的对阵安排与该轮比赛开始前的排名有关：第1 名和第2 名、第 3 名和第 4名、……、第2K - 1 名和第 2K名、……  、第2N - 1 名和第2N名，各进行一场比赛。每场比赛胜者得1 分，负者得 0 分。也就是说除了首轮以外，其它轮比赛的安排均不能事先确定，而是要取决于选手在之前比赛中的表现。</w:t>
      </w:r>
    </w:p>
    <w:p>
      <w:pPr>
        <w:spacing w:before="40" w:after="40"/>
        <w:ind w:left="720"/>
      </w:pPr>
      <w:r>
        <w:rPr>
          <w:rFonts w:ascii="Consolas" w:hAnsi="Consolas"/>
          <w:sz w:val="18"/>
        </w:rPr>
        <w:t>现给定每个选手的初始分数及其实力值，试计算在R 轮比赛过后，排名第 Q 的选手编号是多少。我们假设选手的实力值两两不同，且每场比赛中实力值较高的总能获胜。</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第一行是三个正整数N,R ,Q,每两个数之间用一个空格隔开，表示有 2 × N 名选手、R 轮比赛，以及我们关心的名次 Q。</w:t>
      </w:r>
    </w:p>
    <w:p>
      <w:pPr>
        <w:spacing w:before="40" w:after="40"/>
        <w:ind w:left="720"/>
      </w:pPr>
      <w:r>
        <w:rPr>
          <w:rFonts w:ascii="Consolas" w:hAnsi="Consolas"/>
          <w:sz w:val="18"/>
        </w:rPr>
        <w:t>第二行是2 × N 个非负整数s_1, s_2, …, s_{2N}，每两个数之间用一个空格隔开，其中 s_i 表示编号为i 的选手的初始分数。 第三行是2 × N 个正整数w_1 , w_2 , …, w_{2N}，每两个数之间用一个空格隔开，其中 w_i 表示编号为i 的选手的实力值。</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一个整数，即R 轮比赛结束后，排名第 Q 的选手的编号。</w:t>
      </w:r>
    </w:p>
    <w:p>
      <w:pPr>
        <w:spacing w:before="40" w:after="40"/>
        <w:ind w:left="864"/>
      </w:pPr>
      <w:r>
        <w:rPr>
          <w:rFonts w:ascii="Consolas" w:hAnsi="Consolas"/>
          <w:sz w:val="18"/>
        </w:rPr>
        <w:t xml:space="preserve"> </w:t>
      </w:r>
    </w:p>
    <w:p>
      <w:pPr>
        <w:pStyle w:val="Heading1"/>
      </w:pPr>
      <w:r>
        <w:t>样例输入</w:t>
      </w:r>
    </w:p>
    <w:p>
      <w:pPr>
        <w:spacing w:before="40" w:after="40"/>
        <w:ind w:left="720"/>
      </w:pPr>
      <w:r>
        <w:rPr>
          <w:rFonts w:ascii="Consolas" w:hAnsi="Consolas"/>
          <w:sz w:val="18"/>
        </w:rPr>
        <w:t xml:space="preserve">2 4 2 </w:t>
      </w:r>
    </w:p>
    <w:p>
      <w:pPr>
        <w:spacing w:before="40" w:after="40"/>
        <w:ind w:left="720"/>
      </w:pPr>
      <w:r>
        <w:rPr>
          <w:rFonts w:ascii="Consolas" w:hAnsi="Consolas"/>
          <w:sz w:val="18"/>
        </w:rPr>
        <w:t xml:space="preserve">7 6 6 7 </w:t>
      </w:r>
    </w:p>
    <w:p>
      <w:pPr>
        <w:spacing w:before="40" w:after="40"/>
        <w:ind w:left="720"/>
      </w:pPr>
      <w:r>
        <w:rPr>
          <w:rFonts w:ascii="Consolas" w:hAnsi="Consolas"/>
          <w:sz w:val="18"/>
        </w:rPr>
        <w:t>10 5 20 15</w:t>
      </w:r>
    </w:p>
    <w:p>
      <w:pPr>
        <w:pStyle w:val="Heading1"/>
      </w:pPr>
      <w:r>
        <w:t>样例输出</w:t>
      </w:r>
    </w:p>
    <w:p>
      <w:pPr>
        <w:spacing w:before="120" w:after="120"/>
      </w:pPr>
      <w:r>
        <w:t>1</w:t>
      </w:r>
    </w:p>
    <w:p>
      <w:pPr>
        <w:pStyle w:val="Heading1"/>
      </w:pPr>
      <w:r>
        <w:t>提示</w:t>
      </w:r>
    </w:p>
    <w:p>
      <w:pPr>
        <w:spacing w:before="40" w:after="40"/>
        <w:ind w:left="720"/>
      </w:pPr>
      <w:r>
        <w:rPr>
          <w:rFonts w:ascii="Consolas" w:hAnsi="Consolas"/>
          <w:sz w:val="18"/>
        </w:rPr>
      </w:r>
    </w:p>
    <w:p>
      <w:pPr>
        <w:spacing w:before="40" w:after="40"/>
        <w:ind w:left="720"/>
      </w:pPr>
      <w:r>
        <w:rPr>
          <w:rFonts w:ascii="Consolas" w:hAnsi="Consolas"/>
          <w:sz w:val="18"/>
        </w:rPr>
        <w:t>【样例解释】</w:t>
      </w:r>
    </w:p>
    <w:p>
      <w:pPr>
        <w:spacing w:before="40" w:after="40"/>
        <w:ind w:left="720"/>
      </w:pPr>
      <w:r>
        <w:rPr>
          <w:rFonts w:ascii="Consolas" w:hAnsi="Consolas"/>
          <w:sz w:val="18"/>
        </w:rPr>
      </w:r>
    </w:p>
    <w:p>
      <w:pPr>
        <w:spacing w:before="40" w:after="40"/>
        <w:ind w:left="720"/>
      </w:pPr>
      <w:r>
        <w:rPr>
          <w:rFonts w:ascii="Consolas" w:hAnsi="Consolas"/>
          <w:sz w:val="18"/>
        </w:rPr>
        <w:t>【数据范围】</w:t>
      </w:r>
    </w:p>
    <w:p>
      <w:pPr>
        <w:spacing w:before="40" w:after="40"/>
        <w:ind w:left="720"/>
      </w:pPr>
      <w:r>
        <w:rPr>
          <w:rFonts w:ascii="Consolas" w:hAnsi="Consolas"/>
          <w:sz w:val="18"/>
        </w:rPr>
        <w:t>对于30% 的数据，1 ≤ N ≤ 100；</w:t>
      </w:r>
    </w:p>
    <w:p>
      <w:pPr>
        <w:spacing w:before="40" w:after="40"/>
        <w:ind w:left="720"/>
      </w:pPr>
      <w:r>
        <w:rPr>
          <w:rFonts w:ascii="Consolas" w:hAnsi="Consolas"/>
          <w:sz w:val="18"/>
        </w:rPr>
        <w:t>对于50% 的数据，1 ≤ N ≤ 10,000 ；</w:t>
      </w:r>
    </w:p>
    <w:p>
      <w:pPr>
        <w:spacing w:before="40" w:after="40"/>
        <w:ind w:left="720"/>
      </w:pPr>
      <w:r>
        <w:rPr>
          <w:rFonts w:ascii="Consolas" w:hAnsi="Consolas"/>
          <w:sz w:val="18"/>
        </w:rPr>
        <w:t>对于100%的数据，1 ≤ N ≤ 100,000,1 ≤ R ≤ 50,1 ≤ Q ≤ 2N,0 ≤ s_1, s_2, …, s_{2N}≤10^8,1 ≤w_1, w_2 , …, w_{2N}≤ 10^8。</w:t>
      </w:r>
    </w:p>
    <w:p>
      <w:pPr>
        <w:spacing w:before="40" w:after="40"/>
        <w:ind w:left="720"/>
      </w:pPr>
      <w:r>
        <w:rPr>
          <w:rFonts w:ascii="Consolas" w:hAnsi="Consolas"/>
          <w:sz w:val="18"/>
        </w:rPr>
        <w:t>noip2011普及组第3题。</w:t>
      </w:r>
    </w:p>
    <w:p>
      <w:pPr>
        <w:spacing w:before="40" w:after="40"/>
        <w:ind w:left="720"/>
      </w:pPr>
      <w:r>
        <w:rPr>
          <w:rFonts w:ascii="Consolas" w:hAnsi="Consolas"/>
          <w:sz w:val="18"/>
        </w:rPr>
      </w:r>
    </w:p>
    <w:p>
      <w:pPr>
        <w:spacing w:before="40" w:after="40"/>
        <w:ind w:left="720"/>
      </w:pPr>
      <w:r>
        <w:rPr>
          <w:rFonts w:ascii="Consolas" w:hAnsi="Consolas"/>
          <w:sz w:val="18"/>
        </w:rPr>
      </w:r>
    </w:p>
    <w:p>
      <w:r>
        <w:t>图片 1:</w:t>
      </w:r>
    </w:p>
    <w:p>
      <w:r/>
    </w:p>
    <w:p>
      <w:r>
        <w:t xml:space="preserve">图片 1 处理失败: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