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2176: 删除数字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从键盘读入一句英文句子，请把字符串中的数字删除，并输出。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比如，输入：this123is4my56book，删除数字后输出：thisismybook。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从键盘读入一句英文句子，该英文句子可能含空格。（长度 ≤150）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输出该字符串删除数字字符后的结果。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this123is4my56book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thisismybook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