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2175: 第x位小数是几？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给定一个小数n，请编程计算出该小数的第x位小数的值？（1&lt;=x&lt;=20）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比如：1.234的第1位小数是2；3.456的第3位小数是6；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如果要求2.345第6位小数，那么应该输出Error，因为该小数不存在第6位小数。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首先输入一个t，表示有t组数据（t≤10）；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接下来t行，每行先输入一个小数d，再输入一个整数x，表示求d的小数点的第x位，两数之间用空格隔开；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（输入数据保证小数一定是a.b的形式，且a和b都不超过10位）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对每一组输入，输出一个数表示小数点后第n位的数，如果输入的小数点后第n位数不存在则输出“Error”。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1.234 1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2.345 6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3.456 3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Error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