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2174: 有几个整数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有一个字符串，字符串包含数字字符和非数字字符，连续的数字字符会构成一个整数。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如：A123B45C6，请问该字符串中的整数有多少个？这里的整数指的是连续的数字字符构成的整数，比如上述字符串中有 3 个整数，分别是：123、45、6。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一行字符串，不超过 300 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输入数据保证连续的数字组成的整数在 10^9 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字符串中整数个数。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A123B45C6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