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2173: 连续的最长偶数序列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4972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个整数，请问这 n 个整数中，连续的偶数最多有多少个？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 （n≤100）；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行读入 n 个整数，数字之间用空格隔开；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输出一个整数，代表连续偶数的最长序列有多长。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1 2 8 47 2 3374 944 992 198 100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