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2171: 树的高度（2）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2171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1800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一棵树有 n 个结点，结点编号为 1~n，其中 1 号结点为根结点，根结点的深度为 1，请问每个结点的父结点是谁，每个结点的深度是多少。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第一行是整数 n，表示结点数。（1≤n≤20）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后面若干行，每行两个整数a b，读入数据不保证结点a是结点b的父结点。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本题测试数据保证所有结点能构建为一棵树。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输出有 n-1 行（根结点不需要输出），每行输出 3 个整数；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i 行输出：结点编号 i+1，编号为 i+1 的结点的父结点的编号，该结点的深度（三个整数之间用空格隔开）。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5 3 3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