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2169: 树上的距离（distance）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一本通提高树LCA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n 个点的一棵树，多次询问两个结点之间的最短距离。（边是双向的，也就是读入的结点没有父子之分）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两个结点之间的距离的定义是，两个结点之间的唯一简单路径边长的和。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测试数据第一行为两个整数 N 和 M（1 &lt; n≤10000, 0 &lt; m≤20000）。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表示点数，M 表示询问次数。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下来 n-1 行，每行三个整数 x,y,k，表示点 x 和点 y 之间存在一条边长度为 k（0 &lt; k≤100）。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再接下来 m 行，每行两个整数 x y，表示询问点 x 到点 y 的最短距离。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行，对于每次询问，输出一行。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