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2167: 树的公共祖先（LCA）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2167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树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1767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树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给定一棵树和两个不同的结点，求出他们最近的公共祖先父结点。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已知该树有 n 个结点，标号 1..n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行输入一个整数 n，代表结点数量（n≤100）；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行输入两个整数 x,y，表示需要计算的结点；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以下 n-1 行，每行两个整数 a 和 b，表示 a 的父结点是 b。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x 与 y 的最近公共祖先 root。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7 4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