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2166: 子树的大小及深度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2166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1608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现在有一棵 n 个结点的树，结点 1 为这棵树的根，结点 1 的深度为 1，求出每棵子树的大小及每个结点的深度。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比如，有如下图所示的树：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该树中：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结点 1 对应的子树大小为 6，深度为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结点 2 对应的子树大小为 5，深度为 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结点 3 对应的子树大小为 1，深度为 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结点 4 对应的子树大小为 1，深度为 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结点 5 对应的子树大小为 2，深度为 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结点 6 对应的子树大小为 1，深度为 4。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47091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e0wagx9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7091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输入有 n 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行有一个整数 n，代表结点的数量，结点的编号为1 ∼ n。（1≤n≤100）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接下来有 n-1 行，每行有 2 个整数 x,y，表示结点 x 和 y 之间有一条边。（不保证 x 是 y 的父）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输出有 n 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i 行输出 2 个整数，分别是以编号 i 为根的子树的大小，以及编号 i 对应的结点的深度。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5 6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