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2165: 子结点的数量（2）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给定一棵树中的若干父结点和子结点的关系描述（结点 1 是树根），请问该树中，每个结点有多少个子结点。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比如：读入父子关系如下（请注意：本题读入的两个数 xy ，不保证 x 是 y 的父）。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因此每个结点的子结点的数量分别是：1 2 0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行，读入一个整数 n ，表示树中结点的数量，树中的结点编号也是 1 ∼ n。（n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行，每行有一对父子关系 x y，不保证 x 是 y 的父。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输入数据保证一定合法，能够形成一棵树，且不存在重复的父子关系的读入。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个数，用空格隔开，表示按照编号从小到大的顺序，输出每个结点子结点的数量。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