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2162: 前缀式计算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容器stack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 stack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先说明一下什么是中缀式：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 2+(3+4)*5 这种我们最常见的式子就是中缀式。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而把中缀式按运算顺序加上括号就是：(2+((3+4)*5))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然后把运算符写到括号前面就是：+(2 *( +(3 4) 5) )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把括号去掉就是：+ 2 * + 3 4 5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最后这个式子就是该表达式的前缀表示，它的优势是运算优先级不需要用括号来额外说明。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给你一个前缀表达式，请你计算出该前缀式的值。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比如：+ 2 * + 3 4 5 的值就是 37。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读入一个前缀表达式，该表达式任意两个操作符之间，任意两个操作数之间，操作数与操作符之间都有一个空格。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输入的两个操作数可能是小数，每个操作数的值是在 [0,1000] 范围内的数，操作数数目不超过 500 ，计算过程中不会出现绝对值超过 10^8 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对每组数据，输出该前缀表达式的值。输出结果保留两位小数。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