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2159: 表达式（expr）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C 热衷于学习数理逻辑。有一天，他发现了一种特别的逻辑表达式。在这种逻辑表达式中，所有操作数都是变量，且它们的取值只能为 0 或 1，运算从左往右进行。如果表达式中有括号，则先计算括号内的子表达式的值。特别的，这种表达式有且仅有以下几种运算：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与运算：a &amp; b。当且仅当 a 和 b 的值都为 1 时，该表达式的值为 1。其余情况该表达式的值为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或运算：a | b。当且仅当 a 和 b 的值都为 0 时，该表达式的值为 0。其余情况该表达式的值为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取反运算：!a。当且仅当 a 的值为 0 时，该表达式的值为 1。其余情况该表达式的值为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C 想知道，给定一个逻辑表达式和其中每一个操作数的初始取值后，再取反某一个操作数的值时，原表达式的值为多少。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为了化简对表达式的处理，我们有如下约定：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表达式将采用后缀表达式的方式输入。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后缀表达式的定义如下：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E 是一个操作数，则 E 的后缀表达式是它本身。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E 是 E_1~op~E_2 形式的表达式，其中 op 是任何二元操作符，且优先级不高于 E_1 、E_2 中括号外的操作符，则 E 的后缀式为 E_1' E_2' op，其中 E_1' 、E_2' 分别为 E_1、E_2 的后缀式。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E 是 E_1 形式的表达式，则 E_1 的后缀式就是 E 的后缀式。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同时为了方便，输入中：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与运算符（&amp;）、或运算符（|）、取反运算符（！）的左右均有一个空格，但表达式末尾没有空格。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操作数由小写字母 x 与一个正整数拼接而成，正整数表示这个变量的下标。例如：x10，表示下标为 10 的变量 x_{10}。数据保证每个变量在表达式中出现恰好一次。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第一行包含一个字符串 s，表示上文描述的表达式。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第二行包含一个正整数 n，表示表达式中变量的数量。表达式中变量的下标为 1,2, ·s ,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n 个整数，第 i 个整数表示变量 x_i 的初值。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第四行包含一个正整数 q，表示询问的个数。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行，每行一个正整数，表示需要取反的变量的下标。注意，每一个询问的修改都是临时的，即之前询问中的修改不会对后续的询问造成影响。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数据保证输入的表达式合法。变量的初值为 0 或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输出一共有 q 行，每行一个 0 或 1，表示该询问下表达式的值。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该后缀表达式的中缀表达式形式为 (x_1 and x_2) or x_3。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对于第一次询问，将 x_1 的值取反。此时，三个操作数对应的赋值依次为 0，0，1。原表达式的值为 (0&amp;0)|1=1。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对于第二次询问，将 x_2 的值取反。此时，三个操作数对应的赋值依次为 1，1，1。原表达式的值为 (1&amp;1)|1=1。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对于第三次询问，将 x_3 的值取反。此时，三个操作数对应的赋值依次为 1，0，0。原表达式的值为 (1&amp;0)|0=0。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该表达式的中缀表达式形式为 (notx_1)and(not((x_2orx_4)and(x_3and(notx_5))))。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的数据，表达式中有且仅有与运算（&amp;）或者或运算（|）。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的数据，|s| ≤ 1000，q ≤ 1000，n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的数据，变量的初值全为 0 或全为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|s| ≤ 1 × 10^6，1 ≤ q ≤ 1 × 10^5，2 ≤ n ≤ 1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其中，|s| 表示字符串 s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