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2157: 优秀的拆分（power）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2157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noip复赛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1725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noip复赛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一般来说，一个正整数可以拆分成若干个正整数的和。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例如，1=1，10=1+2+3+4 等。对于正整数 n 的一种特定拆分，我们称它为“优秀的”，当且仅当在这种拆分下，n 被分解为了若干个不同的 2 的正整数次幂。注意，一个数 x 能被表示成 2 的正整数次幂，当且仅当 x 能通过正整数个 2 相乘在一起得到。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例如，10=8+2=2^3+2^1 是一个优秀的拆分。但是，7=4+2+1=2^2+2^1+2^0 就不是一个优秀的拆分，因为 1 不是 2 的正整数次幂。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现在，给定正整数 n，你需要判断这个数的所有拆分中，是否存在优秀的拆分。若存在，请你给出具体的拆分方案。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输入只有一行，一个整数 n，代表需要判断的数。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如果这个数的所有拆分中，存在优秀的拆分。那么，你需要从大到小输出这个拆分中的每一个数，相邻两个数之间用一个空格隔开。可以证明，在规定了拆分数字的顺序后，该拆分方案是唯一的。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若不存在优秀的拆分，输出 -1。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1 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6=4+2=2^2+2^1 是一个优秀的拆分。注意，6=2+2+2 不是一个优秀的拆分，因为拆分成的 3 个数不满足每个数互不相同。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数据规模与约定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20% 的数据，n ≤ 10。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对于另外 20% 的数据，保证 n 为奇数。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对于另外 20% 的数据，保证 n 为 2 的正整数次幂。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80% 的数据，n ≤ 1024。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的数据，1 ≤ n ≤ {10}^7。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