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2155: 最大子阵和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有一个包含正数和负数的二维数组。一个子矩阵是指在该二维数组里，任意相邻的下标是1*1或更大的子数组。一个子矩阵的和是指该子矩阵中所有元素的和。本题中，把具有最大和的子矩阵称为最大子矩阵。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0 -2 -7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2 -6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-4 1 -4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8 0 -2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这个数组的最大子矩阵为：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其和为15。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输入包含多组测试数据。每组输入的第一行是一个正整数N（1&lt;=N&lt;=100），表示二维方阵的大小。接下来N行每行输入N个整数，表示数组元素，范围为[-127，127]。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输出最大子阵和。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0 -2 -7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2 -6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-4 1 -4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8 0 -2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