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2151: Even More Odd Photos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2151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usaco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usaco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Farmer John 正再一次尝试给他的 N 头奶牛拍照（2≤N≤1000）。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每头奶牛有一个范围在 1 ⋯ 100 之内的整数的「品种编号」。Farmer John 对他的照片有一个十分古怪的构思：他希望将所有的奶牛分为不相交的若干组（换句话说，将每头奶牛分到恰好一组中）并将这些组排成一行，使得第一组的奶牛的品种编号之和为偶数，第二组的编号之和为奇数，以此类推，奇偶交替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Farmer John 可以分成的最大组数是多少？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输入的第一行包含 N。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下一行包含 N 个空格分隔的整数，为 N 头奶牛的品种编号。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Farmer John 的照片中的最大组数。可以证明，至少存在一种符合要求的分组方案。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 1 解释：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在这个样例中，以下是一种分成最大组数三组的方案。将 1 和 3 分在第一组，5、7 和 9 分在第二组，11 和 13 分在第三组。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 2 解释：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在这个样例中，以下是一种分成最大组数五组的方案。将 2 分在第一组，11 分在第二组，13 和 1 分在第三组，15 分在第四组，17 和 3 分在第五组。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