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2150: 替换单词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在一句英文句子中，小A同学不小心拼错了一个单词，他错误的将 book ，写成了 ruler ，请你编程帮他纠正这个错误，输出正确的句子。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读入一个英文句子，句子中仅包含大小写字母、空格和英文的标点（不超过 1000 个字符），且错写为ruler的单词一定都是小写字母。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输出正确的英文句子。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This is my ruler, your ruler is there.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This is my book, your book is there.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