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2148: 两个字符串一样吗？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给定两个大小写字母、空格组成的字符串 S_1 和 S_2，他们的长度都不超过 100 个字符，长度也可以为零。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判断去除空格并且忽略掉大小写后，这两个字符是否相等？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输入两行数据，两个字符串。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如果根据判定条件相等，则输出：Yes!。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否则输出：No!。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注意：输出结果有英文的感叹号。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 h i C H aO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s H I ch A 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