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2146: 哪个字符串更长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2146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366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小丽同学刚刚学习字符串，她想比较一下，两个字符串哪个更长。请你编程输入两个字符串，比较两字符串的长度大小关系。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行输入整数 m ，代表有 m 次比较。（m ≤ 30）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m 行，每行有 2 个字符串，字符串长度不超过50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m 行；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假设读入的两个字符串分别是 A 和 B （A、B不含空格），那么：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如果两个字符串长度相等，输出：A is equal long to B 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如果第一个字符串比第二个字符串长，输出：A is longer than B；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如果第一个字符串比第二个字符串短，输出：A is shorter than B。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abc xy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bbb ccc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abc is longer than xy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bbb is equal long to ccc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