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2145: 小东东发微博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图论邻接表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 次啊，500 次啊~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小东东一默念着一边想着“到底要不要发微博了呢？”自从出台了有关微博转发 500 次就要...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哎！这正是现在小东东苦恼的事情。小东东想着有那么多的死党关注了自己，而且每个死党还有很多粉丝。如果每个死党和他的粉丝们都转发一次自己的微博，500 次以后估计什么也都说不清了。现在他决定一个一个的查看过去，看看自己的一条微博到底会被转发多少次。可是想想自己死党那么多，他又懒的不想动于是把这个任务交给你了，现在请你用程序帮帮他的忙。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 表示有 T 组测试数据（T ≤ 20），接下来的一行包含两个整数 N和 ID ，N 表示接下来有 N 个关系（N ≤ 100000），ID 是小东东的微博编号。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紧接着的 N 行每行两个整数 A 和 B ，表示编号为 A 的同学关注了编号为 B 的同学（也就是 A 是 B 的粉丝）。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每个人微博的编号在 [1,10000] 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请根据上述的粉丝关系，计算小东东的一条微博最多会被转发多少次。（请注意输出格式，输出的冒号后有一个空格）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Case #1: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Case #2: 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A 关注了 B （A 是 B 的粉丝），那么 B 发送的每条微博 A 都会转发，相同的微博每个人只发一次。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