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2135: 数字整除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模拟数学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模拟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定理：把一个至少两位的正整数的个位数字去掉，再从余下的数中减去个位数的 5 倍。当且仅当差是 17 的倍数时，原数也是 17 的倍数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例如，34 是 17 的倍数，因为 3-20=-17 是 17 的倍数；201 不是 17 的倍数，因为 20-5=15 不是 17 的倍数。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n，你的任务是判断它是否是 17 的倍数。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输入文件最多包含 10 组测试数据，每个数据占一行，仅包含一个正整数 n（1 ≤ n ≤ 10^100），表示待判断的正整数。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n=0 表示输入结束，你的程序不应当处理这一行。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对于每组测试数据，输出一行，表示相应的 n 是否是 17 的倍数。1 表示是，0 表示否。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2098765413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1717171717171717171717171717171717171717171717171718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