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2132: 找公约数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1561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如果有一个数既是 a 的约数，又是 b 的约数，我们就称该数为 a 和 b 的公约数。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编程序找出 a 和 b 的所有公约数。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a 和 b，用空格隔开。（1≤a,b≤10^5）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所有的公约数，每个公约数占一行。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10 35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