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2128: 换零钱（1）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2128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689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某人想将手中的一张面值 100 元的人民币换成 5 元、 1 元和 0.5 元面值的票子，但要求换正好 100 张，且每种票子至少一张。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问：有几种换法？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输出换法总数。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