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2120: 连续自然数和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前缀和差分双指针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对一个给定的自然数 M ，求出所有的连续的自然数段，这些连续的自然数段中的全部数之和为 M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例子：1998+1999+2000+2001+2002 = 10000，所以从 1998 到 2002 的一个自然数段为 M=10000 的一个解。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包含一个整数的单独一行给出 M 的值（10 ≤ M ≤ 2,000,000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每行两个自然数，给出一个满足条件的连续自然数段中的第一个数和最后一个数，两数之间用一个空格隔开；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所有输出行的第一个按从小到大的升序排列，对于给定的输入数据，保证至少有一个解。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18 142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297 328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388 412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1998 2002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