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2119: 任务的最少完成时间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同学接到了 n 个需要完成的任务，这 n 个任务必须按照接到的顺序完成，每个任务的完成时间为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由于任务非常艰巨，小 A 同学从老师那里领到了一张减负卡，用这张卡，小 A 可以从 n 个任务中任意的删除 k 个连续的任务，只需要完成剩余的任务。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请问，小 A 完成所有任务的总时间最少是多少？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行，有两个整数 n 和 k（1≤n≤10^6，0≤k≤10^6）。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个整数，每个整数 a_i 表示每个任务的完成时间。（1≤a_i≤10^{12}）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一个整数，表示小 A 任务完成的最少时间。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1 3 2 5 4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