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2117: 石子合并（环形2）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2117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动态规划区间动归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在一个圆形操场的四周摆放 N 堆石子，现要将石子有次序地合并成一堆，规定每次只能选相邻的 2 堆合并成新的一堆，并将新的一堆的石子数，记为该次合并的得分。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试设计出 1 个算法，计算出将 N 堆石子合并成 1 堆最大得分。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数据的第 1 行试正整数 N （1≤N≤2000），表示有 N 堆石子。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个数，分别表示每堆石子的个数。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 1 行，最大得分。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4 4 5 9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