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2116: 石子合并（2）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动态规划区间动归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堆石子排成一排(n ≤ 100)，现要将石子有次序地合并成一堆，规定每次只能选相邻的两堆合并成一堆，并将新的一堆的石子数，记为该次合并的得分，编一程序，由文件读入堆数 n 及每堆石子数( ≤ 200)。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（1）选择一种合并石子的方案，使得做 n-1 次合并，得分的总和最少。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（2）选择一种合并石子的方案，使得做 n-1 次合并，得分的总和最多。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第一行为石子堆数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第二行为每堆石子数，每两个数之间用一空格分隔。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行，第 1 行为合并石子的最小得分，第 2 行为合并石子的最大得分。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4 5 9 4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