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2115: 跳马问题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2115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393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回溯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在 5 × 5 格的棋盘上，有一只中国象棋的马，从(1,1) 点出发，按日字跳马，它可以朝 8 个方向跳，但不允许出界或跳到已跳过的格子上，要求其跳遍整个棋盘。输出跳遍整个棋盘的不同方案总数。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例如其中的一种跳法为：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1 16 21 10 25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20 11 24 15 22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17  2 19  6  9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12  7  4 23 14</w:t>
      </w:r>
    </w:p>
    <w:p>
      <w:pPr>
        <w:spacing w:before="40" w:after="40"/>
        <w:ind w:left="1008"/>
      </w:pPr>
      <w:r>
        <w:rPr>
          <w:rFonts w:ascii="Consolas" w:hAnsi="Consolas"/>
          <w:sz w:val="18"/>
        </w:rPr>
        <w:t xml:space="preserve">  3 18 13  8  5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跳遍整个棋盘的不同方案总数。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