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2114: 迷宫的路径数量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2114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回溯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回溯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设有一个 N × N 方格的迷宫，入口和出口分别在左上角和右上角。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迷宫格子中分别放有 0 和 1，0 表示可通，1 表示不能，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迷宫走的规则如下：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即从某点开始，有八个方向可走，前进方格中数字为 0 时表示可通过，为 1 时表示不可通过，要另找路径。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找出从入口（左上角）到出口（右上角）的路径(不能重复)。输出路径总数。如果无法到达，输出 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行有一个整数 N，表示迷宫大小（2≤N≤10）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行，每行有 N 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输出一个整数，代表迷宫从起点到终点的路径条数。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1 0 0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