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2108: 素数的最短距离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输入一个数，输出离它最近的素数。如果该数本身是素数，则输出其本身；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若有两个距离相等，则输出小于它的那个素数。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测试数据有 N (N ≤ 1000)组，接下来为 N 行，每行包括一个整数 M (0 &lt; M ≤ 1000)。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 行，每行为离对应 M 最近的一个素数。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输出结果的范围与 M 的取值范围相同。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