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2099: A变B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2099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进制转换位运算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357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进制转换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给定两个正整数 A,B（十进制）（0 &lt; A,B &lt; 2^{63}），当 A,B 用二进制数表示的时候，问把 A 变成 B 至少需要改变多少位？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例如：A=3，B=6，则 A,B 对应的二进制数分别是 011,110，显然，把 A 变成 B 至少需要改变两位。（这里的改变了多少位，指的是 A 和 B 转 2 进制后右对齐看有多少位不相同）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输入两个正整数 A,B ，以空格隔开。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输出把 A 变成 B 至少需要改变多少位。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9 12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