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2098: 找出数列元素唯一并排序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2098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735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N 个无序的数，请将相同的数删成只剩下一个，并将删除后的数列从小到大排序后输出。（如输入： 8 32 12 25 12 8 36 25 26 12 ，输出： 8 12 25 26 32 36）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二行，第一行整数 N（小于 1000 ），表示有 N 个整数；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 N 个无序的非负整数（小于 32767 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排序后并删除相同整数输出。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8 32 12 25 12 8 36 25 26 12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8 12 25 26 32 36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