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2097: 七位完全平方数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1267 × 1267=1605289 ，表明等式右边是一个七位的完全平方数，而这七个数字互不相同。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编程求出所有这样的七位数。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无输入。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所有符合题意的七位完全平方数，从小到大输出，十个数一行（请注意输出要求）。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提示：七个数字互不相同，如何利用数组来检查。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