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2096: 按月份输出天数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输入年份和月份，让计算机输出该月份的天数。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一行：分别输入年份和月份。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一行：按年份和月份输出天数。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2003 2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月，闰年（指年份能被 4 整除但不能被 100 整除，或者能被 400 整除的年份）为 29 天，平年为 28 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