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2095: 统计直角的数目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输入一批角( &lt; 100)的度数，让计算机统计其中有多少个直角。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输入数据为两行。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第一行输入角的个数。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个角的度数。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输出直角的个数 s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78 45 60 90 90 12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