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2094: 比当前数大的最小回文数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2094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给出一个数 X , 求比 X 大的最小的回文数！(如 12321 , 11 都是回文)。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输入只有一个正整数 X (X &gt; 1)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输出比 X 大的最小的回文数！（测试数据保证本题的计算结果  ≤ 10^9）。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12321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