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2093: 统计组合方式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 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小明有一堆 1 分、2 分、5 分的硬币。小明想由 n 个硬币组成总面值为 m 分，求一共有多少种可能的组合方式（某种面值的硬币可以数量可以为 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输入数据第一行有一个正整数 T（ 1 ≤ T ≤ 50），表示有 T组测试数据。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T行，每行有两个数 n，m，n 和 m 的含义同上( 1 ≤ n,m ≤ 5000)。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对于每组测试数据，请输出可能的组合方式数，每组输出占一行。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