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2091: 回家 Bessie Come Home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2091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USACO图论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791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USACO 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现在是晚餐时间，而母牛们在外面分散的牧场中。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Farmer John 按响了电铃，所以她们开始向谷仓走去。 你的工作是要指出哪只母牛会最先到达谷仓（在给出的测试数据中，总会有且只有一只最快的母牛）。在挤奶的时候（晚餐前），每只母牛都在她自己的牧场上，一些牧场上可能没有母牛。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每个牧场由一条条双向道路和一个或多个牧场连接（可能包括自己）。有时，两个牧场（可能是字母相同的）之间会有超过一条道路相连。至少有一个牧场和谷仓之间有道路连接。因此，所有的母牛最后都能到达谷仓，并且母牛总是走最短的路径。当然，母牛能向着任意一方向前进，并且她们以相同的速度前进。牧场被标记为 a...z 和 A...Y，在用大写字母表示的牧场中有一只母牛，小写字母中则没有。 谷仓的标记是 Z，注意没有母牛在谷仓中。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 m 和 M 不是同一个牧场。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P（1≤P≤10^4），表示连接牧场（谷仓）的道路的数目。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P 行，每行用空格分开的两个字母和一个正整数：被道路连接牧场的标号和道路的长度（道路长度均不超过 10^3）。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单独的一行包含二个项目：最先到达谷仓的母牛所在的牧场的标号，和这只母牛走过的路径的长度。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d 6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B d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 e 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d Z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e Z 3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B 11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