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2090: 片区划分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并查集 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市有 n 个村庄（村庄编号为 1 ∼ n ），现准备将 n 个村庄划分为 k 个区（一个区中要有至少 1 个村庄），同一个区中的村庄要求有道路可以互相到达（不一定要直达，比如：A 村要去 C 村，可以先先去 B 村，再去 C 村）。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为了节约成本，在划分之前，相关规划部门调研了村庄之间修路的成本，本次调研，共调研到了 m 条道路的建设成本。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假设所有村庄之间目前没有任何道路，如果要将 n 个村庄划分为 k 个区，请求出最少的修路成本？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第一行有三个数n,m,k(1≤n≤1000,1≤m≤10000,1≤k≤10)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接下来m行每行三个数 x,y,l，表示编号为 x 村到编号为 y 村修路的费用。(1≤x,y≤n,0≤l &lt; 10000)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测试数据保证 x 村到 y 村的道路只有 1 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输出一个整数，代表最少的修路成本。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如果按照当前的调研数据，无法将 n个村庄划分为 k 个区，请输出No Answer。（比如，假设有 5 个村庄，只有 2 条道路的建设数据，是无法将 5 个村庄划分为 2 个区或者 1 个区的）。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号村到 2 号村修路成本为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样例要求将 3 个村划分为 2 个区，只需要修 1 条路就可以将 2 个村合并为 1 个区，加上剩余的 1 个村，形成了 2 个区。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因此，样例中只需要在 1 号村和 2 号村之间修路，就可以实现划分 2 个区的目标。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