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2089: 找数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 100 ∼ n 之间能被 5 或 6 整除，但不能同时被两者整除的数。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 100 &lt; N ≤ 10000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输出满足条件的数，数字之间用空格隔开。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100 102 105 108 110 114 115 125 126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